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BF87C" w14:textId="77777777" w:rsidR="00C4563A" w:rsidRDefault="00000000">
      <w:pPr>
        <w:pStyle w:val="Rubrik"/>
        <w:jc w:val="center"/>
      </w:pPr>
      <w:r>
        <w:t>Anslutningsformulär för assistansföretag</w:t>
      </w:r>
    </w:p>
    <w:p w14:paraId="2288949A" w14:textId="77777777" w:rsidR="00C4563A" w:rsidRDefault="00000000">
      <w:pPr>
        <w:jc w:val="center"/>
      </w:pPr>
      <w:r>
        <w:rPr>
          <w:i/>
          <w:color w:val="5A5A5A"/>
          <w:sz w:val="22"/>
        </w:rPr>
        <w:t>För företag som vill samarbeta med Match-up Assistansförmedling</w:t>
      </w:r>
    </w:p>
    <w:p w14:paraId="6CB98C78" w14:textId="77777777" w:rsidR="00C4563A" w:rsidRDefault="00C4563A"/>
    <w:tbl>
      <w:tblPr>
        <w:tblW w:w="0" w:type="auto"/>
        <w:jc w:val="center"/>
        <w:tblLook w:val="04A0" w:firstRow="1" w:lastRow="0" w:firstColumn="1" w:lastColumn="0" w:noHBand="0" w:noVBand="1"/>
      </w:tblPr>
      <w:tblGrid>
        <w:gridCol w:w="9972"/>
      </w:tblGrid>
      <w:tr w:rsidR="00C4563A" w14:paraId="58DF8B24" w14:textId="77777777">
        <w:trPr>
          <w:jc w:val="center"/>
        </w:trPr>
        <w:tc>
          <w:tcPr>
            <w:tcW w:w="9972" w:type="dxa"/>
            <w:shd w:val="clear" w:color="auto" w:fill="EAF2F8"/>
          </w:tcPr>
          <w:p w14:paraId="254EBE19" w14:textId="77777777" w:rsidR="00C4563A" w:rsidRDefault="00000000">
            <w:pPr>
              <w:spacing w:after="0"/>
            </w:pPr>
            <w:r>
              <w:t>Syftet med formuläret är att ge Match-up Assistansförmedling en första bild av ert företag, er organisation och vilka kunder ni kan erbjuda en trygg och välfungerande personlig assistans. Att skicka in formuläret innebär inte automatiskt att ett samarbete inleds. Uppgifterna ligger till grund för vår fortsatta bedömning.</w:t>
            </w:r>
          </w:p>
        </w:tc>
      </w:tr>
    </w:tbl>
    <w:p w14:paraId="12E9B78D" w14:textId="77777777" w:rsidR="00C4563A" w:rsidRDefault="00000000">
      <w:pPr>
        <w:pStyle w:val="Rubrik1"/>
        <w:pBdr>
          <w:bottom w:val="single" w:sz="8" w:space="1" w:color="9EADBA"/>
        </w:pBdr>
        <w:spacing w:before="200" w:after="80"/>
      </w:pPr>
      <w:r>
        <w:t>1. Företagsuppgifter</w:t>
      </w:r>
    </w:p>
    <w:p w14:paraId="2B335D0A" w14:textId="77777777" w:rsidR="00C4563A" w:rsidRDefault="00000000">
      <w:pPr>
        <w:spacing w:before="80" w:after="40"/>
      </w:pPr>
      <w:r>
        <w:rPr>
          <w:b/>
        </w:rPr>
        <w:t>Företagsnamn</w:t>
      </w:r>
    </w:p>
    <w:p w14:paraId="6C8500AD" w14:textId="77777777" w:rsidR="00C4563A" w:rsidRDefault="00000000">
      <w:pPr>
        <w:spacing w:after="40"/>
      </w:pPr>
      <w:r>
        <w:rPr>
          <w:color w:val="969696"/>
        </w:rPr>
        <w:t>________________________________________________________________________________</w:t>
      </w:r>
    </w:p>
    <w:p w14:paraId="4577E7F4" w14:textId="77777777" w:rsidR="00C4563A" w:rsidRDefault="00000000">
      <w:pPr>
        <w:spacing w:before="80" w:after="40"/>
      </w:pPr>
      <w:r>
        <w:rPr>
          <w:b/>
        </w:rPr>
        <w:t>Organisationsnummer</w:t>
      </w:r>
    </w:p>
    <w:p w14:paraId="240A6644" w14:textId="77777777" w:rsidR="00C4563A" w:rsidRDefault="00000000">
      <w:pPr>
        <w:spacing w:after="40"/>
      </w:pPr>
      <w:r>
        <w:rPr>
          <w:color w:val="969696"/>
        </w:rPr>
        <w:t>________________________________________________________________________________</w:t>
      </w:r>
    </w:p>
    <w:p w14:paraId="3E020463" w14:textId="77777777" w:rsidR="00C4563A" w:rsidRDefault="00000000">
      <w:pPr>
        <w:spacing w:before="80" w:after="40"/>
      </w:pPr>
      <w:r>
        <w:rPr>
          <w:b/>
        </w:rPr>
        <w:t>Webbplats</w:t>
      </w:r>
    </w:p>
    <w:p w14:paraId="6E6F20F4" w14:textId="77777777" w:rsidR="00C4563A" w:rsidRDefault="00000000">
      <w:pPr>
        <w:spacing w:after="40"/>
      </w:pPr>
      <w:r>
        <w:rPr>
          <w:color w:val="969696"/>
        </w:rPr>
        <w:t>________________________________________________________________________________</w:t>
      </w:r>
    </w:p>
    <w:p w14:paraId="38502C6C" w14:textId="77777777" w:rsidR="00C4563A" w:rsidRDefault="00000000">
      <w:pPr>
        <w:spacing w:before="80" w:after="40"/>
      </w:pPr>
      <w:r>
        <w:rPr>
          <w:b/>
        </w:rPr>
        <w:t>Besöks-/postadress</w:t>
      </w:r>
    </w:p>
    <w:p w14:paraId="76C507C5" w14:textId="77777777" w:rsidR="00C4563A" w:rsidRDefault="00000000">
      <w:pPr>
        <w:spacing w:after="40"/>
      </w:pPr>
      <w:r>
        <w:rPr>
          <w:color w:val="969696"/>
        </w:rPr>
        <w:t>________________________________________________________________________________</w:t>
      </w:r>
    </w:p>
    <w:p w14:paraId="7FC7F6EA" w14:textId="77777777" w:rsidR="00C4563A" w:rsidRDefault="00000000">
      <w:pPr>
        <w:spacing w:before="80" w:after="40"/>
      </w:pPr>
      <w:r>
        <w:rPr>
          <w:b/>
        </w:rPr>
        <w:t>Kontaktperson för Match-up Assistansförmedling</w:t>
      </w:r>
    </w:p>
    <w:p w14:paraId="35587402" w14:textId="77777777" w:rsidR="00C4563A" w:rsidRDefault="00000000">
      <w:pPr>
        <w:spacing w:after="40"/>
      </w:pPr>
      <w:r>
        <w:rPr>
          <w:color w:val="969696"/>
        </w:rPr>
        <w:t>________________________________________________________________________________</w:t>
      </w:r>
    </w:p>
    <w:p w14:paraId="1D673417" w14:textId="77777777" w:rsidR="00C4563A" w:rsidRDefault="00000000">
      <w:pPr>
        <w:spacing w:before="80" w:after="40"/>
      </w:pPr>
      <w:r>
        <w:rPr>
          <w:b/>
        </w:rPr>
        <w:t>Befattning</w:t>
      </w:r>
    </w:p>
    <w:p w14:paraId="1B461526" w14:textId="77777777" w:rsidR="00C4563A" w:rsidRDefault="00000000">
      <w:pPr>
        <w:spacing w:after="40"/>
      </w:pPr>
      <w:r>
        <w:rPr>
          <w:color w:val="969696"/>
        </w:rPr>
        <w:t>________________________________________________________________________________</w:t>
      </w:r>
    </w:p>
    <w:p w14:paraId="6AA60E85" w14:textId="77777777" w:rsidR="00C4563A" w:rsidRDefault="00000000">
      <w:pPr>
        <w:spacing w:before="80" w:after="40"/>
      </w:pPr>
      <w:r>
        <w:rPr>
          <w:b/>
        </w:rPr>
        <w:t>Telefon</w:t>
      </w:r>
    </w:p>
    <w:p w14:paraId="7F87FB99" w14:textId="77777777" w:rsidR="00C4563A" w:rsidRDefault="00000000">
      <w:pPr>
        <w:spacing w:after="40"/>
      </w:pPr>
      <w:r>
        <w:rPr>
          <w:color w:val="969696"/>
        </w:rPr>
        <w:t>________________________________________________________________________________</w:t>
      </w:r>
    </w:p>
    <w:p w14:paraId="1ECC2361" w14:textId="77777777" w:rsidR="00C4563A" w:rsidRDefault="00000000">
      <w:pPr>
        <w:spacing w:before="80" w:after="40"/>
      </w:pPr>
      <w:r>
        <w:rPr>
          <w:b/>
        </w:rPr>
        <w:t>E-post</w:t>
      </w:r>
    </w:p>
    <w:p w14:paraId="18761163" w14:textId="77777777" w:rsidR="00C4563A" w:rsidRDefault="00000000">
      <w:pPr>
        <w:spacing w:after="40"/>
      </w:pPr>
      <w:r>
        <w:rPr>
          <w:color w:val="969696"/>
        </w:rPr>
        <w:t>________________________________________________________________________________</w:t>
      </w:r>
    </w:p>
    <w:p w14:paraId="0485D1F1" w14:textId="77777777" w:rsidR="00C4563A" w:rsidRDefault="00000000">
      <w:pPr>
        <w:pStyle w:val="Rubrik1"/>
        <w:pBdr>
          <w:bottom w:val="single" w:sz="8" w:space="1" w:color="9EADBA"/>
        </w:pBdr>
        <w:spacing w:before="200" w:after="80"/>
      </w:pPr>
      <w:r>
        <w:t>2. Verksamheten</w:t>
      </w:r>
    </w:p>
    <w:p w14:paraId="1CD3CF43" w14:textId="77777777" w:rsidR="00C4563A" w:rsidRDefault="00000000">
      <w:pPr>
        <w:spacing w:before="80" w:after="40"/>
      </w:pPr>
      <w:r>
        <w:rPr>
          <w:b/>
        </w:rPr>
        <w:t>Vilket år startade verksamheten?</w:t>
      </w:r>
    </w:p>
    <w:p w14:paraId="04C30679" w14:textId="77777777" w:rsidR="00C4563A" w:rsidRDefault="00000000">
      <w:pPr>
        <w:spacing w:after="40"/>
      </w:pPr>
      <w:r>
        <w:rPr>
          <w:color w:val="969696"/>
        </w:rPr>
        <w:t>________________________________________________________________________________</w:t>
      </w:r>
    </w:p>
    <w:p w14:paraId="48DC0E39" w14:textId="77777777" w:rsidR="00C4563A" w:rsidRDefault="00000000">
      <w:pPr>
        <w:spacing w:before="80" w:after="40"/>
      </w:pPr>
      <w:r>
        <w:rPr>
          <w:b/>
        </w:rPr>
        <w:t>Sedan vilket år bedriver ni personlig assistans?</w:t>
      </w:r>
    </w:p>
    <w:p w14:paraId="3D1A7860" w14:textId="77777777" w:rsidR="00C4563A" w:rsidRDefault="00000000">
      <w:pPr>
        <w:spacing w:after="40"/>
      </w:pPr>
      <w:r>
        <w:rPr>
          <w:color w:val="969696"/>
        </w:rPr>
        <w:t>________________________________________________________________________________</w:t>
      </w:r>
    </w:p>
    <w:p w14:paraId="3B88C248" w14:textId="77777777" w:rsidR="00C4563A" w:rsidRDefault="00000000">
      <w:pPr>
        <w:spacing w:before="80" w:after="40"/>
      </w:pPr>
      <w:r>
        <w:rPr>
          <w:b/>
        </w:rPr>
        <w:t>Antal assistansberättigade kunder idag</w:t>
      </w:r>
    </w:p>
    <w:p w14:paraId="089221F8" w14:textId="77777777" w:rsidR="00C4563A" w:rsidRDefault="00000000">
      <w:pPr>
        <w:spacing w:after="40"/>
      </w:pPr>
      <w:r>
        <w:rPr>
          <w:color w:val="969696"/>
        </w:rPr>
        <w:t>________________________________________________________________________________</w:t>
      </w:r>
    </w:p>
    <w:p w14:paraId="692DEA74" w14:textId="77777777" w:rsidR="00C4563A" w:rsidRDefault="00000000">
      <w:pPr>
        <w:spacing w:before="80" w:after="40"/>
      </w:pPr>
      <w:r>
        <w:rPr>
          <w:b/>
        </w:rPr>
        <w:t>Antal anställda personliga assistenter</w:t>
      </w:r>
    </w:p>
    <w:p w14:paraId="2188494C" w14:textId="77777777" w:rsidR="00C4563A" w:rsidRDefault="00000000">
      <w:pPr>
        <w:spacing w:after="40"/>
      </w:pPr>
      <w:r>
        <w:rPr>
          <w:color w:val="969696"/>
        </w:rPr>
        <w:t>________________________________________________________________________________</w:t>
      </w:r>
    </w:p>
    <w:p w14:paraId="0470A455" w14:textId="77777777" w:rsidR="00C4563A" w:rsidRDefault="00000000">
      <w:pPr>
        <w:spacing w:before="80" w:after="40"/>
      </w:pPr>
      <w:r>
        <w:rPr>
          <w:b/>
        </w:rPr>
        <w:t>I vilka län/kommuner tar ni emot nya kunder?</w:t>
      </w:r>
    </w:p>
    <w:p w14:paraId="705CFB70" w14:textId="77777777" w:rsidR="00C4563A" w:rsidRDefault="00000000">
      <w:pPr>
        <w:spacing w:after="40"/>
      </w:pPr>
      <w:r>
        <w:rPr>
          <w:color w:val="969696"/>
        </w:rPr>
        <w:t>________________________________________________________________________________</w:t>
      </w:r>
    </w:p>
    <w:p w14:paraId="3A26D81F" w14:textId="77777777" w:rsidR="00C4563A" w:rsidRDefault="00000000">
      <w:pPr>
        <w:spacing w:after="40"/>
      </w:pPr>
      <w:r>
        <w:rPr>
          <w:color w:val="969696"/>
        </w:rPr>
        <w:t>________________________________________________________________________________</w:t>
      </w:r>
    </w:p>
    <w:p w14:paraId="7F3DEE68" w14:textId="77777777" w:rsidR="00C4563A" w:rsidRDefault="00000000">
      <w:pPr>
        <w:spacing w:before="80" w:after="40"/>
      </w:pPr>
      <w:r>
        <w:rPr>
          <w:b/>
        </w:rPr>
        <w:lastRenderedPageBreak/>
        <w:t>Beskriv kort företagets inriktning och profil</w:t>
      </w:r>
    </w:p>
    <w:p w14:paraId="05F0011F" w14:textId="77777777" w:rsidR="00C4563A" w:rsidRDefault="00000000">
      <w:pPr>
        <w:spacing w:after="40"/>
      </w:pPr>
      <w:r>
        <w:rPr>
          <w:color w:val="969696"/>
        </w:rPr>
        <w:t>________________________________________________________________________________</w:t>
      </w:r>
    </w:p>
    <w:p w14:paraId="6367C71E" w14:textId="77777777" w:rsidR="00C4563A" w:rsidRDefault="00000000">
      <w:pPr>
        <w:spacing w:after="40"/>
      </w:pPr>
      <w:r>
        <w:rPr>
          <w:color w:val="969696"/>
        </w:rPr>
        <w:t>________________________________________________________________________________</w:t>
      </w:r>
    </w:p>
    <w:p w14:paraId="1F4EC755" w14:textId="77777777" w:rsidR="00C4563A" w:rsidRDefault="00000000">
      <w:pPr>
        <w:spacing w:after="40"/>
      </w:pPr>
      <w:r>
        <w:rPr>
          <w:color w:val="969696"/>
        </w:rPr>
        <w:t>________________________________________________________________________________</w:t>
      </w:r>
    </w:p>
    <w:p w14:paraId="2C41BDE7" w14:textId="77777777" w:rsidR="00C4563A" w:rsidRDefault="00000000">
      <w:pPr>
        <w:pStyle w:val="Rubrik1"/>
        <w:pBdr>
          <w:bottom w:val="single" w:sz="8" w:space="1" w:color="9EADBA"/>
        </w:pBdr>
        <w:spacing w:before="200" w:after="80"/>
      </w:pPr>
      <w:r>
        <w:t>3. Tillstånd, ägare och ledning</w:t>
      </w:r>
    </w:p>
    <w:p w14:paraId="711F1F55" w14:textId="77777777" w:rsidR="00C4563A" w:rsidRDefault="00000000">
      <w:pPr>
        <w:spacing w:after="20"/>
      </w:pPr>
      <w:r>
        <w:rPr>
          <w:sz w:val="22"/>
        </w:rPr>
        <w:t xml:space="preserve">☐ </w:t>
      </w:r>
      <w:r>
        <w:t>Bolaget har giltigt IVO-tillstånd för personlig assistans</w:t>
      </w:r>
    </w:p>
    <w:p w14:paraId="5201E69B" w14:textId="77777777" w:rsidR="00C4563A" w:rsidRDefault="00000000">
      <w:pPr>
        <w:spacing w:after="20"/>
      </w:pPr>
      <w:r>
        <w:rPr>
          <w:sz w:val="22"/>
        </w:rPr>
        <w:t xml:space="preserve">☐ </w:t>
      </w:r>
      <w:r>
        <w:t>Bolaget har ansökan under handläggning</w:t>
      </w:r>
    </w:p>
    <w:p w14:paraId="2DF8A359" w14:textId="77777777" w:rsidR="00C4563A" w:rsidRDefault="00000000">
      <w:pPr>
        <w:spacing w:after="20"/>
      </w:pPr>
      <w:r>
        <w:rPr>
          <w:sz w:val="22"/>
        </w:rPr>
        <w:t xml:space="preserve">☐ </w:t>
      </w:r>
      <w:r>
        <w:t>Annat</w:t>
      </w:r>
    </w:p>
    <w:p w14:paraId="369F5B69" w14:textId="77777777" w:rsidR="00C4563A" w:rsidRDefault="00000000">
      <w:pPr>
        <w:spacing w:before="80" w:after="40"/>
      </w:pPr>
      <w:r>
        <w:rPr>
          <w:b/>
        </w:rPr>
        <w:t>IVO-tillståndets diarienummer eller annan identifiering</w:t>
      </w:r>
    </w:p>
    <w:p w14:paraId="1A8288F7" w14:textId="77777777" w:rsidR="00C4563A" w:rsidRDefault="00000000">
      <w:pPr>
        <w:spacing w:after="40"/>
      </w:pPr>
      <w:r>
        <w:rPr>
          <w:color w:val="969696"/>
        </w:rPr>
        <w:t>________________________________________________________________________________</w:t>
      </w:r>
    </w:p>
    <w:p w14:paraId="1CCD1997" w14:textId="77777777" w:rsidR="00C4563A" w:rsidRDefault="00000000">
      <w:pPr>
        <w:spacing w:before="80" w:after="40"/>
      </w:pPr>
      <w:r>
        <w:rPr>
          <w:b/>
        </w:rPr>
        <w:t>Ägare/verkliga huvudmän</w:t>
      </w:r>
    </w:p>
    <w:p w14:paraId="035B6FA1" w14:textId="77777777" w:rsidR="00C4563A" w:rsidRDefault="00000000">
      <w:pPr>
        <w:spacing w:after="40"/>
      </w:pPr>
      <w:r>
        <w:rPr>
          <w:color w:val="969696"/>
        </w:rPr>
        <w:t>________________________________________________________________________________</w:t>
      </w:r>
    </w:p>
    <w:p w14:paraId="65D628AF" w14:textId="77777777" w:rsidR="00C4563A" w:rsidRDefault="00000000">
      <w:pPr>
        <w:spacing w:after="40"/>
      </w:pPr>
      <w:r>
        <w:rPr>
          <w:color w:val="969696"/>
        </w:rPr>
        <w:t>________________________________________________________________________________</w:t>
      </w:r>
    </w:p>
    <w:p w14:paraId="63E3C06D" w14:textId="77777777" w:rsidR="00C4563A" w:rsidRDefault="00000000">
      <w:pPr>
        <w:spacing w:before="80" w:after="40"/>
      </w:pPr>
      <w:r>
        <w:rPr>
          <w:b/>
        </w:rPr>
        <w:t>VD/verksamhetsansvarig</w:t>
      </w:r>
    </w:p>
    <w:p w14:paraId="335A034B" w14:textId="77777777" w:rsidR="00C4563A" w:rsidRDefault="00000000">
      <w:pPr>
        <w:spacing w:after="40"/>
      </w:pPr>
      <w:r>
        <w:rPr>
          <w:color w:val="969696"/>
        </w:rPr>
        <w:t>________________________________________________________________________________</w:t>
      </w:r>
    </w:p>
    <w:p w14:paraId="1F3D2B17" w14:textId="77777777" w:rsidR="00C4563A" w:rsidRDefault="00000000">
      <w:pPr>
        <w:spacing w:before="80" w:after="40"/>
      </w:pPr>
      <w:r>
        <w:rPr>
          <w:b/>
        </w:rPr>
        <w:t>Beskriv ledningens erfarenhet av personlig assistans, vård och omsorg</w:t>
      </w:r>
    </w:p>
    <w:p w14:paraId="08AAD8D7" w14:textId="77777777" w:rsidR="00C4563A" w:rsidRDefault="00000000">
      <w:pPr>
        <w:spacing w:after="40"/>
      </w:pPr>
      <w:r>
        <w:rPr>
          <w:color w:val="969696"/>
        </w:rPr>
        <w:t>________________________________________________________________________________</w:t>
      </w:r>
    </w:p>
    <w:p w14:paraId="1D4D6E86" w14:textId="77777777" w:rsidR="00C4563A" w:rsidRDefault="00000000">
      <w:pPr>
        <w:spacing w:after="40"/>
      </w:pPr>
      <w:r>
        <w:rPr>
          <w:color w:val="969696"/>
        </w:rPr>
        <w:t>________________________________________________________________________________</w:t>
      </w:r>
    </w:p>
    <w:p w14:paraId="3E95C9EB" w14:textId="77777777" w:rsidR="00C4563A" w:rsidRDefault="00000000">
      <w:pPr>
        <w:spacing w:after="40"/>
      </w:pPr>
      <w:r>
        <w:rPr>
          <w:color w:val="969696"/>
        </w:rPr>
        <w:t>________________________________________________________________________________</w:t>
      </w:r>
    </w:p>
    <w:p w14:paraId="137021E7" w14:textId="77777777" w:rsidR="00C4563A" w:rsidRDefault="00000000">
      <w:pPr>
        <w:pStyle w:val="Rubrik1"/>
        <w:pBdr>
          <w:bottom w:val="single" w:sz="8" w:space="1" w:color="9EADBA"/>
        </w:pBdr>
        <w:spacing w:before="200" w:after="80"/>
      </w:pPr>
      <w:r>
        <w:t>4. Vilka kunder passar er?</w:t>
      </w:r>
    </w:p>
    <w:tbl>
      <w:tblPr>
        <w:tblW w:w="0" w:type="auto"/>
        <w:tblLook w:val="04A0" w:firstRow="1" w:lastRow="0" w:firstColumn="1" w:lastColumn="0" w:noHBand="0" w:noVBand="1"/>
      </w:tblPr>
      <w:tblGrid>
        <w:gridCol w:w="4986"/>
        <w:gridCol w:w="4986"/>
      </w:tblGrid>
      <w:tr w:rsidR="00C4563A" w14:paraId="21BABA4A" w14:textId="77777777">
        <w:tc>
          <w:tcPr>
            <w:tcW w:w="4986" w:type="dxa"/>
          </w:tcPr>
          <w:p w14:paraId="4FD1531D" w14:textId="77777777" w:rsidR="00C4563A" w:rsidRDefault="00000000">
            <w:r>
              <w:rPr>
                <w:sz w:val="20"/>
              </w:rPr>
              <w:t>☐ Barn</w:t>
            </w:r>
          </w:p>
        </w:tc>
        <w:tc>
          <w:tcPr>
            <w:tcW w:w="4986" w:type="dxa"/>
          </w:tcPr>
          <w:p w14:paraId="2C6E6238" w14:textId="77777777" w:rsidR="00C4563A" w:rsidRDefault="00000000">
            <w:r>
              <w:rPr>
                <w:sz w:val="20"/>
              </w:rPr>
              <w:t>☐ Ungdomar</w:t>
            </w:r>
          </w:p>
        </w:tc>
      </w:tr>
      <w:tr w:rsidR="00C4563A" w14:paraId="36842B9D" w14:textId="77777777">
        <w:tc>
          <w:tcPr>
            <w:tcW w:w="4986" w:type="dxa"/>
          </w:tcPr>
          <w:p w14:paraId="1389685A" w14:textId="77777777" w:rsidR="00C4563A" w:rsidRDefault="00000000">
            <w:r>
              <w:rPr>
                <w:sz w:val="20"/>
              </w:rPr>
              <w:t>☐ Vuxna</w:t>
            </w:r>
          </w:p>
        </w:tc>
        <w:tc>
          <w:tcPr>
            <w:tcW w:w="4986" w:type="dxa"/>
          </w:tcPr>
          <w:p w14:paraId="1974F267" w14:textId="77777777" w:rsidR="00C4563A" w:rsidRDefault="00000000">
            <w:r>
              <w:rPr>
                <w:sz w:val="20"/>
              </w:rPr>
              <w:t>☐ Äldre</w:t>
            </w:r>
          </w:p>
        </w:tc>
      </w:tr>
      <w:tr w:rsidR="00C4563A" w14:paraId="35CBD735" w14:textId="77777777">
        <w:tc>
          <w:tcPr>
            <w:tcW w:w="4986" w:type="dxa"/>
          </w:tcPr>
          <w:p w14:paraId="078A09D8" w14:textId="77777777" w:rsidR="00C4563A" w:rsidRDefault="00000000">
            <w:r>
              <w:rPr>
                <w:sz w:val="20"/>
              </w:rPr>
              <w:t>☐ Omfattande fysiska funktionsnedsättningar</w:t>
            </w:r>
          </w:p>
        </w:tc>
        <w:tc>
          <w:tcPr>
            <w:tcW w:w="4986" w:type="dxa"/>
          </w:tcPr>
          <w:p w14:paraId="55A854D8" w14:textId="77777777" w:rsidR="00C4563A" w:rsidRDefault="00000000">
            <w:r>
              <w:rPr>
                <w:sz w:val="20"/>
              </w:rPr>
              <w:t>☐ Intellektuella funktionsnedsättningar</w:t>
            </w:r>
          </w:p>
        </w:tc>
      </w:tr>
      <w:tr w:rsidR="00C4563A" w14:paraId="176719F0" w14:textId="77777777">
        <w:tc>
          <w:tcPr>
            <w:tcW w:w="4986" w:type="dxa"/>
          </w:tcPr>
          <w:p w14:paraId="680BE5F1" w14:textId="77777777" w:rsidR="00C4563A" w:rsidRDefault="00000000">
            <w:r>
              <w:rPr>
                <w:sz w:val="20"/>
              </w:rPr>
              <w:t>☐ Autism/NPF</w:t>
            </w:r>
          </w:p>
        </w:tc>
        <w:tc>
          <w:tcPr>
            <w:tcW w:w="4986" w:type="dxa"/>
          </w:tcPr>
          <w:p w14:paraId="2B8138A7" w14:textId="77777777" w:rsidR="00C4563A" w:rsidRDefault="00000000">
            <w:r>
              <w:rPr>
                <w:sz w:val="20"/>
              </w:rPr>
              <w:t>☐ Förvärvad hjärnskada</w:t>
            </w:r>
          </w:p>
        </w:tc>
      </w:tr>
      <w:tr w:rsidR="00C4563A" w14:paraId="58DD1369" w14:textId="77777777">
        <w:tc>
          <w:tcPr>
            <w:tcW w:w="4986" w:type="dxa"/>
          </w:tcPr>
          <w:p w14:paraId="695AD9A9" w14:textId="77777777" w:rsidR="00C4563A" w:rsidRDefault="00000000">
            <w:r>
              <w:rPr>
                <w:sz w:val="20"/>
              </w:rPr>
              <w:t>☐ Neurologiska sjukdomar</w:t>
            </w:r>
          </w:p>
        </w:tc>
        <w:tc>
          <w:tcPr>
            <w:tcW w:w="4986" w:type="dxa"/>
          </w:tcPr>
          <w:p w14:paraId="5D5D218D" w14:textId="77777777" w:rsidR="00C4563A" w:rsidRDefault="00000000">
            <w:r>
              <w:rPr>
                <w:sz w:val="20"/>
              </w:rPr>
              <w:t>☐ Medicinskt avancerad assistans/egenvård</w:t>
            </w:r>
          </w:p>
        </w:tc>
      </w:tr>
      <w:tr w:rsidR="00C4563A" w14:paraId="1D48EDED" w14:textId="77777777">
        <w:tc>
          <w:tcPr>
            <w:tcW w:w="4986" w:type="dxa"/>
          </w:tcPr>
          <w:p w14:paraId="343E8048" w14:textId="77777777" w:rsidR="00C4563A" w:rsidRDefault="00000000">
            <w:r>
              <w:rPr>
                <w:sz w:val="20"/>
              </w:rPr>
              <w:t>☐ Dubbelassistans</w:t>
            </w:r>
          </w:p>
        </w:tc>
        <w:tc>
          <w:tcPr>
            <w:tcW w:w="4986" w:type="dxa"/>
          </w:tcPr>
          <w:p w14:paraId="5CCC1B87" w14:textId="77777777" w:rsidR="00C4563A" w:rsidRDefault="00000000">
            <w:r>
              <w:rPr>
                <w:sz w:val="20"/>
              </w:rPr>
              <w:t>☐ Vaken natt</w:t>
            </w:r>
          </w:p>
        </w:tc>
      </w:tr>
      <w:tr w:rsidR="00C4563A" w14:paraId="7FDA3A2E" w14:textId="77777777">
        <w:tc>
          <w:tcPr>
            <w:tcW w:w="4986" w:type="dxa"/>
          </w:tcPr>
          <w:p w14:paraId="11DC5572" w14:textId="77777777" w:rsidR="00C4563A" w:rsidRDefault="00000000">
            <w:r>
              <w:rPr>
                <w:sz w:val="20"/>
              </w:rPr>
              <w:t>☐ Anhörigassistans</w:t>
            </w:r>
          </w:p>
        </w:tc>
        <w:tc>
          <w:tcPr>
            <w:tcW w:w="4986" w:type="dxa"/>
          </w:tcPr>
          <w:p w14:paraId="4CC6C0AB" w14:textId="77777777" w:rsidR="00C4563A" w:rsidRDefault="00000000">
            <w:r>
              <w:rPr>
                <w:sz w:val="20"/>
              </w:rPr>
              <w:t>☐ Komplex bemanning</w:t>
            </w:r>
          </w:p>
        </w:tc>
      </w:tr>
      <w:tr w:rsidR="00C4563A" w14:paraId="2A625DF6" w14:textId="77777777">
        <w:tc>
          <w:tcPr>
            <w:tcW w:w="4986" w:type="dxa"/>
          </w:tcPr>
          <w:p w14:paraId="71F703A6" w14:textId="77777777" w:rsidR="00C4563A" w:rsidRDefault="00000000">
            <w:r>
              <w:rPr>
                <w:sz w:val="20"/>
              </w:rPr>
              <w:t>☐ Annat</w:t>
            </w:r>
          </w:p>
        </w:tc>
        <w:tc>
          <w:tcPr>
            <w:tcW w:w="4986" w:type="dxa"/>
          </w:tcPr>
          <w:p w14:paraId="2C53EAC5" w14:textId="77777777" w:rsidR="00C4563A" w:rsidRDefault="00C4563A"/>
        </w:tc>
      </w:tr>
    </w:tbl>
    <w:p w14:paraId="1ABB6A68" w14:textId="77777777" w:rsidR="00C4563A" w:rsidRDefault="00000000">
      <w:pPr>
        <w:spacing w:before="80" w:after="40"/>
      </w:pPr>
      <w:r>
        <w:rPr>
          <w:b/>
        </w:rPr>
        <w:t>Beskriv de typer av uppdrag ni har särskild erfarenhet av</w:t>
      </w:r>
    </w:p>
    <w:p w14:paraId="22EDC890" w14:textId="77777777" w:rsidR="00C4563A" w:rsidRDefault="00000000">
      <w:pPr>
        <w:spacing w:after="40"/>
      </w:pPr>
      <w:r>
        <w:rPr>
          <w:color w:val="969696"/>
        </w:rPr>
        <w:t>________________________________________________________________________________</w:t>
      </w:r>
    </w:p>
    <w:p w14:paraId="1733F94F" w14:textId="77777777" w:rsidR="00C4563A" w:rsidRDefault="00000000">
      <w:pPr>
        <w:spacing w:after="40"/>
      </w:pPr>
      <w:r>
        <w:rPr>
          <w:color w:val="969696"/>
        </w:rPr>
        <w:t>________________________________________________________________________________</w:t>
      </w:r>
    </w:p>
    <w:p w14:paraId="3FEFF9A1" w14:textId="77777777" w:rsidR="00C4563A" w:rsidRDefault="00000000">
      <w:pPr>
        <w:spacing w:after="40"/>
      </w:pPr>
      <w:r>
        <w:rPr>
          <w:color w:val="969696"/>
        </w:rPr>
        <w:t>________________________________________________________________________________</w:t>
      </w:r>
    </w:p>
    <w:p w14:paraId="74487C96" w14:textId="77777777" w:rsidR="00C4563A" w:rsidRDefault="00000000">
      <w:pPr>
        <w:spacing w:before="80" w:after="40"/>
      </w:pPr>
      <w:r>
        <w:rPr>
          <w:b/>
        </w:rPr>
        <w:t>Finns det uppdrag eller behov ni normalt inte tar emot?</w:t>
      </w:r>
    </w:p>
    <w:p w14:paraId="1BE0844D" w14:textId="77777777" w:rsidR="00C4563A" w:rsidRDefault="00000000">
      <w:pPr>
        <w:spacing w:after="40"/>
      </w:pPr>
      <w:r>
        <w:rPr>
          <w:color w:val="969696"/>
        </w:rPr>
        <w:t>________________________________________________________________________________</w:t>
      </w:r>
    </w:p>
    <w:p w14:paraId="0F40308D" w14:textId="77777777" w:rsidR="00C4563A" w:rsidRDefault="00000000">
      <w:pPr>
        <w:spacing w:after="40"/>
      </w:pPr>
      <w:r>
        <w:rPr>
          <w:color w:val="969696"/>
        </w:rPr>
        <w:lastRenderedPageBreak/>
        <w:t>________________________________________________________________________________</w:t>
      </w:r>
    </w:p>
    <w:p w14:paraId="2C935C01" w14:textId="77777777" w:rsidR="00C4563A" w:rsidRDefault="00000000">
      <w:pPr>
        <w:pStyle w:val="Rubrik1"/>
        <w:pBdr>
          <w:bottom w:val="single" w:sz="8" w:space="1" w:color="9EADBA"/>
        </w:pBdr>
        <w:spacing w:before="200" w:after="80"/>
      </w:pPr>
      <w:r>
        <w:t>5. Kundens inflytande och organisation</w:t>
      </w:r>
    </w:p>
    <w:p w14:paraId="2C3D507B" w14:textId="77777777" w:rsidR="00C4563A" w:rsidRDefault="00000000">
      <w:pPr>
        <w:spacing w:after="20"/>
      </w:pPr>
      <w:r>
        <w:rPr>
          <w:sz w:val="22"/>
        </w:rPr>
        <w:t xml:space="preserve">☐ </w:t>
      </w:r>
      <w:r>
        <w:t>Kunden kan påverka vilka assistenter som anställs</w:t>
      </w:r>
    </w:p>
    <w:p w14:paraId="4745486A" w14:textId="77777777" w:rsidR="00C4563A" w:rsidRDefault="00000000">
      <w:pPr>
        <w:spacing w:after="20"/>
      </w:pPr>
      <w:r>
        <w:rPr>
          <w:sz w:val="22"/>
        </w:rPr>
        <w:t xml:space="preserve">☐ </w:t>
      </w:r>
      <w:r>
        <w:t>Kunden kan själv vara arbetsledare</w:t>
      </w:r>
    </w:p>
    <w:p w14:paraId="47F7DA28" w14:textId="77777777" w:rsidR="00C4563A" w:rsidRDefault="00000000">
      <w:pPr>
        <w:spacing w:after="20"/>
      </w:pPr>
      <w:r>
        <w:rPr>
          <w:sz w:val="22"/>
        </w:rPr>
        <w:t xml:space="preserve">☐ </w:t>
      </w:r>
      <w:r>
        <w:t>Bolaget kan ta ett större arbetsledningsansvar</w:t>
      </w:r>
    </w:p>
    <w:p w14:paraId="0A790D99" w14:textId="77777777" w:rsidR="00C4563A" w:rsidRDefault="00000000">
      <w:pPr>
        <w:spacing w:after="20"/>
      </w:pPr>
      <w:r>
        <w:rPr>
          <w:sz w:val="22"/>
        </w:rPr>
        <w:t xml:space="preserve">☐ </w:t>
      </w:r>
      <w:r>
        <w:t>Kunden kan påverka schemaläggningen</w:t>
      </w:r>
    </w:p>
    <w:p w14:paraId="610B4A9F" w14:textId="77777777" w:rsidR="00C4563A" w:rsidRDefault="00000000">
      <w:pPr>
        <w:spacing w:after="20"/>
      </w:pPr>
      <w:r>
        <w:rPr>
          <w:sz w:val="22"/>
        </w:rPr>
        <w:t xml:space="preserve">☐ </w:t>
      </w:r>
      <w:r>
        <w:t>Kunden har en namngiven kontaktperson/kundansvarig</w:t>
      </w:r>
    </w:p>
    <w:p w14:paraId="093A9DC4" w14:textId="77777777" w:rsidR="00C4563A" w:rsidRDefault="00000000">
      <w:pPr>
        <w:spacing w:before="80" w:after="40"/>
      </w:pPr>
      <w:r>
        <w:rPr>
          <w:b/>
        </w:rPr>
        <w:t>Beskriv hur ni arbetar med kundens självbestämmande och inflytande</w:t>
      </w:r>
    </w:p>
    <w:p w14:paraId="28C3202D" w14:textId="77777777" w:rsidR="00C4563A" w:rsidRDefault="00000000">
      <w:pPr>
        <w:spacing w:after="40"/>
      </w:pPr>
      <w:r>
        <w:rPr>
          <w:color w:val="969696"/>
        </w:rPr>
        <w:t>________________________________________________________________________________</w:t>
      </w:r>
    </w:p>
    <w:p w14:paraId="60B62C1F" w14:textId="77777777" w:rsidR="00C4563A" w:rsidRDefault="00000000">
      <w:pPr>
        <w:spacing w:after="40"/>
      </w:pPr>
      <w:r>
        <w:rPr>
          <w:color w:val="969696"/>
        </w:rPr>
        <w:t>________________________________________________________________________________</w:t>
      </w:r>
    </w:p>
    <w:p w14:paraId="47C78FEE" w14:textId="77777777" w:rsidR="00C4563A" w:rsidRDefault="00000000">
      <w:pPr>
        <w:spacing w:after="40"/>
      </w:pPr>
      <w:r>
        <w:rPr>
          <w:color w:val="969696"/>
        </w:rPr>
        <w:t>________________________________________________________________________________</w:t>
      </w:r>
    </w:p>
    <w:p w14:paraId="4DE9822A" w14:textId="77777777" w:rsidR="00C4563A" w:rsidRDefault="00000000">
      <w:pPr>
        <w:pStyle w:val="Rubrik1"/>
        <w:pBdr>
          <w:bottom w:val="single" w:sz="8" w:space="1" w:color="9EADBA"/>
        </w:pBdr>
        <w:spacing w:before="200" w:after="80"/>
      </w:pPr>
      <w:r>
        <w:t>6. Rekrytering, bemanning och tillgänglighet</w:t>
      </w:r>
    </w:p>
    <w:p w14:paraId="123363E5" w14:textId="77777777" w:rsidR="00C4563A" w:rsidRDefault="00000000">
      <w:pPr>
        <w:spacing w:before="80" w:after="40"/>
      </w:pPr>
      <w:r>
        <w:rPr>
          <w:b/>
        </w:rPr>
        <w:t>Hur arbetar ni med rekrytering av personliga assistenter?</w:t>
      </w:r>
    </w:p>
    <w:p w14:paraId="588C0B7A" w14:textId="77777777" w:rsidR="00C4563A" w:rsidRDefault="00000000">
      <w:pPr>
        <w:spacing w:after="40"/>
      </w:pPr>
      <w:r>
        <w:rPr>
          <w:color w:val="969696"/>
        </w:rPr>
        <w:t>________________________________________________________________________________</w:t>
      </w:r>
    </w:p>
    <w:p w14:paraId="0FA12582" w14:textId="77777777" w:rsidR="00C4563A" w:rsidRDefault="00000000">
      <w:pPr>
        <w:spacing w:after="40"/>
      </w:pPr>
      <w:r>
        <w:rPr>
          <w:color w:val="969696"/>
        </w:rPr>
        <w:t>________________________________________________________________________________</w:t>
      </w:r>
    </w:p>
    <w:p w14:paraId="3428AC11" w14:textId="77777777" w:rsidR="00C4563A" w:rsidRDefault="00000000">
      <w:pPr>
        <w:spacing w:after="40"/>
      </w:pPr>
      <w:r>
        <w:rPr>
          <w:color w:val="969696"/>
        </w:rPr>
        <w:t>________________________________________________________________________________</w:t>
      </w:r>
    </w:p>
    <w:p w14:paraId="175DD8BA" w14:textId="77777777" w:rsidR="00C4563A" w:rsidRDefault="00000000">
      <w:pPr>
        <w:spacing w:before="80" w:after="40"/>
      </w:pPr>
      <w:r>
        <w:rPr>
          <w:b/>
        </w:rPr>
        <w:t>Hur hanterar ni akut sjukfrånvaro och bemanningsproblem?</w:t>
      </w:r>
    </w:p>
    <w:p w14:paraId="0650152A" w14:textId="77777777" w:rsidR="00C4563A" w:rsidRDefault="00000000">
      <w:pPr>
        <w:spacing w:after="40"/>
      </w:pPr>
      <w:r>
        <w:rPr>
          <w:color w:val="969696"/>
        </w:rPr>
        <w:t>________________________________________________________________________________</w:t>
      </w:r>
    </w:p>
    <w:p w14:paraId="4948AB92" w14:textId="77777777" w:rsidR="00C4563A" w:rsidRDefault="00000000">
      <w:pPr>
        <w:spacing w:after="40"/>
      </w:pPr>
      <w:r>
        <w:rPr>
          <w:color w:val="969696"/>
        </w:rPr>
        <w:t>________________________________________________________________________________</w:t>
      </w:r>
    </w:p>
    <w:p w14:paraId="03EAEC8A" w14:textId="77777777" w:rsidR="00C4563A" w:rsidRDefault="00000000">
      <w:pPr>
        <w:spacing w:after="40"/>
      </w:pPr>
      <w:r>
        <w:rPr>
          <w:color w:val="969696"/>
        </w:rPr>
        <w:t>________________________________________________________________________________</w:t>
      </w:r>
    </w:p>
    <w:p w14:paraId="66811E35" w14:textId="77777777" w:rsidR="00C4563A" w:rsidRDefault="00000000">
      <w:pPr>
        <w:spacing w:before="80" w:after="40"/>
      </w:pPr>
      <w:r>
        <w:rPr>
          <w:b/>
        </w:rPr>
        <w:t>Vilken tillgänglighet erbjuder ni kvällar, nätter och helger?</w:t>
      </w:r>
    </w:p>
    <w:p w14:paraId="0270BA50" w14:textId="77777777" w:rsidR="00C4563A" w:rsidRDefault="00000000">
      <w:pPr>
        <w:spacing w:after="40"/>
      </w:pPr>
      <w:r>
        <w:rPr>
          <w:color w:val="969696"/>
        </w:rPr>
        <w:t>________________________________________________________________________________</w:t>
      </w:r>
    </w:p>
    <w:p w14:paraId="39A8477C" w14:textId="77777777" w:rsidR="00C4563A" w:rsidRDefault="00000000">
      <w:pPr>
        <w:spacing w:after="40"/>
      </w:pPr>
      <w:r>
        <w:rPr>
          <w:color w:val="969696"/>
        </w:rPr>
        <w:t>________________________________________________________________________________</w:t>
      </w:r>
    </w:p>
    <w:p w14:paraId="07CB3146" w14:textId="77777777" w:rsidR="00C4563A" w:rsidRDefault="00000000">
      <w:pPr>
        <w:pStyle w:val="Rubrik1"/>
        <w:pBdr>
          <w:bottom w:val="single" w:sz="8" w:space="1" w:color="9EADBA"/>
        </w:pBdr>
        <w:spacing w:before="200" w:after="80"/>
      </w:pPr>
      <w:r>
        <w:t>7. Assistenternas villkor</w:t>
      </w:r>
    </w:p>
    <w:p w14:paraId="192E1104" w14:textId="77777777" w:rsidR="00C4563A" w:rsidRDefault="00000000">
      <w:pPr>
        <w:spacing w:after="20"/>
      </w:pPr>
      <w:r>
        <w:rPr>
          <w:sz w:val="22"/>
        </w:rPr>
        <w:t xml:space="preserve">☐ </w:t>
      </w:r>
      <w:r>
        <w:t>Kollektivavtal finns</w:t>
      </w:r>
    </w:p>
    <w:p w14:paraId="174F7DFA" w14:textId="77777777" w:rsidR="00C4563A" w:rsidRDefault="00000000">
      <w:pPr>
        <w:spacing w:after="20"/>
      </w:pPr>
      <w:r>
        <w:rPr>
          <w:sz w:val="22"/>
        </w:rPr>
        <w:t xml:space="preserve">☐ </w:t>
      </w:r>
      <w:r>
        <w:t>Kollektivavtal saknas</w:t>
      </w:r>
    </w:p>
    <w:p w14:paraId="5FA0AA26" w14:textId="77777777" w:rsidR="00C4563A" w:rsidRDefault="00000000">
      <w:pPr>
        <w:spacing w:before="80" w:after="40"/>
      </w:pPr>
      <w:r>
        <w:rPr>
          <w:b/>
        </w:rPr>
        <w:t>Vilket kollektivavtal?</w:t>
      </w:r>
    </w:p>
    <w:p w14:paraId="31AC54D7" w14:textId="77777777" w:rsidR="00C4563A" w:rsidRDefault="00000000">
      <w:pPr>
        <w:spacing w:after="40"/>
      </w:pPr>
      <w:r>
        <w:rPr>
          <w:color w:val="969696"/>
        </w:rPr>
        <w:t>________________________________________________________________________________</w:t>
      </w:r>
    </w:p>
    <w:p w14:paraId="3B3F7833" w14:textId="77777777" w:rsidR="00C4563A" w:rsidRDefault="00000000">
      <w:pPr>
        <w:spacing w:before="80" w:after="40"/>
      </w:pPr>
      <w:r>
        <w:rPr>
          <w:b/>
        </w:rPr>
        <w:t>Beskriv kort villkor avseende lön, OB, pension, försäkringar och övriga personalförmåner</w:t>
      </w:r>
    </w:p>
    <w:p w14:paraId="0CF309EF" w14:textId="77777777" w:rsidR="00C4563A" w:rsidRDefault="00000000">
      <w:pPr>
        <w:spacing w:after="40"/>
      </w:pPr>
      <w:r>
        <w:rPr>
          <w:color w:val="969696"/>
        </w:rPr>
        <w:t>________________________________________________________________________________</w:t>
      </w:r>
    </w:p>
    <w:p w14:paraId="62D0BB49" w14:textId="77777777" w:rsidR="00C4563A" w:rsidRDefault="00000000">
      <w:pPr>
        <w:spacing w:after="40"/>
      </w:pPr>
      <w:r>
        <w:rPr>
          <w:color w:val="969696"/>
        </w:rPr>
        <w:t>________________________________________________________________________________</w:t>
      </w:r>
    </w:p>
    <w:p w14:paraId="7CADD8D3" w14:textId="77777777" w:rsidR="00C4563A" w:rsidRDefault="00000000">
      <w:pPr>
        <w:spacing w:after="40"/>
      </w:pPr>
      <w:r>
        <w:rPr>
          <w:color w:val="969696"/>
        </w:rPr>
        <w:t>________________________________________________________________________________</w:t>
      </w:r>
    </w:p>
    <w:p w14:paraId="346419C7" w14:textId="77777777" w:rsidR="00C4563A" w:rsidRDefault="00000000">
      <w:pPr>
        <w:spacing w:before="80" w:after="40"/>
      </w:pPr>
      <w:r>
        <w:rPr>
          <w:b/>
        </w:rPr>
        <w:t>Hur arbetar ni med introduktion, arbetsmiljö och kompetensutveckling?</w:t>
      </w:r>
    </w:p>
    <w:p w14:paraId="7F3DBC55" w14:textId="77777777" w:rsidR="00C4563A" w:rsidRDefault="00000000">
      <w:pPr>
        <w:spacing w:after="40"/>
      </w:pPr>
      <w:r>
        <w:rPr>
          <w:color w:val="969696"/>
        </w:rPr>
        <w:t>________________________________________________________________________________</w:t>
      </w:r>
    </w:p>
    <w:p w14:paraId="7E6F0F4C" w14:textId="77777777" w:rsidR="00C4563A" w:rsidRDefault="00000000">
      <w:pPr>
        <w:spacing w:after="40"/>
      </w:pPr>
      <w:r>
        <w:rPr>
          <w:color w:val="969696"/>
        </w:rPr>
        <w:t>________________________________________________________________________________</w:t>
      </w:r>
    </w:p>
    <w:p w14:paraId="05AAD1B8" w14:textId="77777777" w:rsidR="00C4563A" w:rsidRDefault="00000000">
      <w:pPr>
        <w:spacing w:after="40"/>
      </w:pPr>
      <w:r>
        <w:rPr>
          <w:color w:val="969696"/>
        </w:rPr>
        <w:t>________________________________________________________________________________</w:t>
      </w:r>
    </w:p>
    <w:p w14:paraId="053C441B" w14:textId="77777777" w:rsidR="00C4563A" w:rsidRDefault="00000000">
      <w:pPr>
        <w:pStyle w:val="Rubrik1"/>
        <w:pBdr>
          <w:bottom w:val="single" w:sz="8" w:space="1" w:color="9EADBA"/>
        </w:pBdr>
        <w:spacing w:before="200" w:after="80"/>
      </w:pPr>
      <w:r>
        <w:lastRenderedPageBreak/>
        <w:t>8. Ekonomi och transparens</w:t>
      </w:r>
    </w:p>
    <w:p w14:paraId="740D857D" w14:textId="77777777" w:rsidR="00C4563A" w:rsidRDefault="00000000">
      <w:pPr>
        <w:spacing w:after="20"/>
      </w:pPr>
      <w:r>
        <w:rPr>
          <w:sz w:val="22"/>
        </w:rPr>
        <w:t xml:space="preserve">☐ </w:t>
      </w:r>
      <w:r>
        <w:t>Kunden får regelbunden ekonomisk redovisning</w:t>
      </w:r>
    </w:p>
    <w:p w14:paraId="45C709C4" w14:textId="77777777" w:rsidR="00C4563A" w:rsidRDefault="00000000">
      <w:pPr>
        <w:spacing w:after="20"/>
      </w:pPr>
      <w:r>
        <w:rPr>
          <w:sz w:val="22"/>
        </w:rPr>
        <w:t xml:space="preserve">☐ </w:t>
      </w:r>
      <w:r>
        <w:t>Kunden kan följa assistansens ekonomi digitalt</w:t>
      </w:r>
    </w:p>
    <w:p w14:paraId="7FCE79B1" w14:textId="77777777" w:rsidR="00C4563A" w:rsidRDefault="00000000">
      <w:pPr>
        <w:spacing w:after="20"/>
      </w:pPr>
      <w:r>
        <w:rPr>
          <w:sz w:val="22"/>
        </w:rPr>
        <w:t xml:space="preserve">☐ </w:t>
      </w:r>
      <w:r>
        <w:t>Kunden får en tydlig budget för assistansomkostnader</w:t>
      </w:r>
    </w:p>
    <w:p w14:paraId="2F1F852C" w14:textId="77777777" w:rsidR="00C4563A" w:rsidRDefault="00000000">
      <w:pPr>
        <w:spacing w:before="80" w:after="40"/>
      </w:pPr>
      <w:r>
        <w:rPr>
          <w:b/>
        </w:rPr>
        <w:t>Hur ofta får kunden ekonomisk redovisning?</w:t>
      </w:r>
    </w:p>
    <w:p w14:paraId="6744A4DA" w14:textId="77777777" w:rsidR="00C4563A" w:rsidRDefault="00000000">
      <w:pPr>
        <w:spacing w:after="40"/>
      </w:pPr>
      <w:r>
        <w:rPr>
          <w:color w:val="969696"/>
        </w:rPr>
        <w:t>________________________________________________________________________________</w:t>
      </w:r>
    </w:p>
    <w:p w14:paraId="4F751E0E" w14:textId="77777777" w:rsidR="00C4563A" w:rsidRDefault="00000000">
      <w:pPr>
        <w:spacing w:before="80" w:after="40"/>
      </w:pPr>
      <w:r>
        <w:rPr>
          <w:b/>
        </w:rPr>
        <w:t>Beskriv hur assistansomkostnader, utlägg och kvitton hanteras</w:t>
      </w:r>
    </w:p>
    <w:p w14:paraId="5B0ED746" w14:textId="77777777" w:rsidR="00C4563A" w:rsidRDefault="00000000">
      <w:pPr>
        <w:spacing w:after="40"/>
      </w:pPr>
      <w:r>
        <w:rPr>
          <w:color w:val="969696"/>
        </w:rPr>
        <w:t>________________________________________________________________________________</w:t>
      </w:r>
    </w:p>
    <w:p w14:paraId="6365909D" w14:textId="77777777" w:rsidR="00C4563A" w:rsidRDefault="00000000">
      <w:pPr>
        <w:spacing w:after="40"/>
      </w:pPr>
      <w:r>
        <w:rPr>
          <w:color w:val="969696"/>
        </w:rPr>
        <w:t>________________________________________________________________________________</w:t>
      </w:r>
    </w:p>
    <w:p w14:paraId="4A69BE5C" w14:textId="77777777" w:rsidR="00C4563A" w:rsidRDefault="00000000">
      <w:pPr>
        <w:spacing w:after="40"/>
      </w:pPr>
      <w:r>
        <w:rPr>
          <w:color w:val="969696"/>
        </w:rPr>
        <w:t>________________________________________________________________________________</w:t>
      </w:r>
    </w:p>
    <w:p w14:paraId="55B8BBC4" w14:textId="77777777" w:rsidR="00C4563A" w:rsidRDefault="00000000">
      <w:pPr>
        <w:pStyle w:val="Rubrik1"/>
        <w:pBdr>
          <w:bottom w:val="single" w:sz="8" w:space="1" w:color="9EADBA"/>
        </w:pBdr>
        <w:spacing w:before="200" w:after="80"/>
      </w:pPr>
      <w:r>
        <w:t>9. Avtal och uppsägning</w:t>
      </w:r>
    </w:p>
    <w:p w14:paraId="2B084112" w14:textId="77777777" w:rsidR="00C4563A" w:rsidRDefault="00000000">
      <w:pPr>
        <w:spacing w:before="80" w:after="40"/>
      </w:pPr>
      <w:r>
        <w:rPr>
          <w:b/>
        </w:rPr>
        <w:t>Ordinarie uppsägningstid för kund</w:t>
      </w:r>
    </w:p>
    <w:p w14:paraId="76B51478" w14:textId="77777777" w:rsidR="00C4563A" w:rsidRDefault="00000000">
      <w:pPr>
        <w:spacing w:after="40"/>
      </w:pPr>
      <w:r>
        <w:rPr>
          <w:color w:val="969696"/>
        </w:rPr>
        <w:t>________________________________________________________________________________</w:t>
      </w:r>
    </w:p>
    <w:p w14:paraId="1BDF43FF" w14:textId="77777777" w:rsidR="00C4563A" w:rsidRDefault="00000000">
      <w:pPr>
        <w:spacing w:before="80" w:after="40"/>
      </w:pPr>
      <w:r>
        <w:rPr>
          <w:b/>
        </w:rPr>
        <w:t>Finns bindningstid eller andra särskilda villkor? Beskriv</w:t>
      </w:r>
    </w:p>
    <w:p w14:paraId="5F403F9D" w14:textId="77777777" w:rsidR="00C4563A" w:rsidRDefault="00000000">
      <w:pPr>
        <w:spacing w:after="40"/>
      </w:pPr>
      <w:r>
        <w:rPr>
          <w:color w:val="969696"/>
        </w:rPr>
        <w:t>________________________________________________________________________________</w:t>
      </w:r>
    </w:p>
    <w:p w14:paraId="3ED549CB" w14:textId="77777777" w:rsidR="00C4563A" w:rsidRDefault="00000000">
      <w:pPr>
        <w:spacing w:after="40"/>
      </w:pPr>
      <w:r>
        <w:rPr>
          <w:color w:val="969696"/>
        </w:rPr>
        <w:t>________________________________________________________________________________</w:t>
      </w:r>
    </w:p>
    <w:p w14:paraId="177CCFD5" w14:textId="77777777" w:rsidR="00C4563A" w:rsidRDefault="00000000">
      <w:pPr>
        <w:spacing w:before="80" w:after="40"/>
      </w:pPr>
      <w:r>
        <w:rPr>
          <w:b/>
        </w:rPr>
        <w:t>Hur hanterar ni en övergång när en kund byter till eller från er?</w:t>
      </w:r>
    </w:p>
    <w:p w14:paraId="2A3DE51D" w14:textId="77777777" w:rsidR="00C4563A" w:rsidRDefault="00000000">
      <w:pPr>
        <w:spacing w:after="40"/>
      </w:pPr>
      <w:r>
        <w:rPr>
          <w:color w:val="969696"/>
        </w:rPr>
        <w:t>________________________________________________________________________________</w:t>
      </w:r>
    </w:p>
    <w:p w14:paraId="238B4EFF" w14:textId="77777777" w:rsidR="00C4563A" w:rsidRDefault="00000000">
      <w:pPr>
        <w:spacing w:after="40"/>
      </w:pPr>
      <w:r>
        <w:rPr>
          <w:color w:val="969696"/>
        </w:rPr>
        <w:t>________________________________________________________________________________</w:t>
      </w:r>
    </w:p>
    <w:p w14:paraId="32624EBA" w14:textId="77777777" w:rsidR="00C4563A" w:rsidRDefault="00000000">
      <w:pPr>
        <w:spacing w:after="40"/>
      </w:pPr>
      <w:r>
        <w:rPr>
          <w:color w:val="969696"/>
        </w:rPr>
        <w:t>________________________________________________________________________________</w:t>
      </w:r>
    </w:p>
    <w:p w14:paraId="0072F0FE" w14:textId="77777777" w:rsidR="00C4563A" w:rsidRDefault="00000000">
      <w:pPr>
        <w:pStyle w:val="Rubrik1"/>
        <w:pBdr>
          <w:bottom w:val="single" w:sz="8" w:space="1" w:color="9EADBA"/>
        </w:pBdr>
        <w:spacing w:before="200" w:after="80"/>
      </w:pPr>
      <w:r>
        <w:t>10. Stöd och tjänster</w:t>
      </w:r>
    </w:p>
    <w:tbl>
      <w:tblPr>
        <w:tblW w:w="0" w:type="auto"/>
        <w:tblLook w:val="04A0" w:firstRow="1" w:lastRow="0" w:firstColumn="1" w:lastColumn="0" w:noHBand="0" w:noVBand="1"/>
      </w:tblPr>
      <w:tblGrid>
        <w:gridCol w:w="4986"/>
        <w:gridCol w:w="4986"/>
      </w:tblGrid>
      <w:tr w:rsidR="00C4563A" w14:paraId="20FA69CB" w14:textId="77777777">
        <w:tc>
          <w:tcPr>
            <w:tcW w:w="4986" w:type="dxa"/>
          </w:tcPr>
          <w:p w14:paraId="5493F552" w14:textId="77777777" w:rsidR="00C4563A" w:rsidRDefault="00000000">
            <w:r>
              <w:rPr>
                <w:sz w:val="20"/>
              </w:rPr>
              <w:t>☐ Personlig kundansvarig</w:t>
            </w:r>
          </w:p>
        </w:tc>
        <w:tc>
          <w:tcPr>
            <w:tcW w:w="4986" w:type="dxa"/>
          </w:tcPr>
          <w:p w14:paraId="4B373BB5" w14:textId="77777777" w:rsidR="00C4563A" w:rsidRDefault="00000000">
            <w:r>
              <w:rPr>
                <w:sz w:val="20"/>
              </w:rPr>
              <w:t>☐ Arbetsledning</w:t>
            </w:r>
          </w:p>
        </w:tc>
      </w:tr>
      <w:tr w:rsidR="00C4563A" w14:paraId="26D509D1" w14:textId="77777777">
        <w:tc>
          <w:tcPr>
            <w:tcW w:w="4986" w:type="dxa"/>
          </w:tcPr>
          <w:p w14:paraId="41B95ED2" w14:textId="77777777" w:rsidR="00C4563A" w:rsidRDefault="00000000">
            <w:r>
              <w:rPr>
                <w:sz w:val="20"/>
              </w:rPr>
              <w:t>☐ Rekryteringsstöd</w:t>
            </w:r>
          </w:p>
        </w:tc>
        <w:tc>
          <w:tcPr>
            <w:tcW w:w="4986" w:type="dxa"/>
          </w:tcPr>
          <w:p w14:paraId="7F778277" w14:textId="77777777" w:rsidR="00C4563A" w:rsidRDefault="00000000">
            <w:r>
              <w:rPr>
                <w:sz w:val="20"/>
              </w:rPr>
              <w:t>☐ Schemaläggning</w:t>
            </w:r>
          </w:p>
        </w:tc>
      </w:tr>
      <w:tr w:rsidR="00C4563A" w14:paraId="0186C191" w14:textId="77777777">
        <w:tc>
          <w:tcPr>
            <w:tcW w:w="4986" w:type="dxa"/>
          </w:tcPr>
          <w:p w14:paraId="55E650B2" w14:textId="77777777" w:rsidR="00C4563A" w:rsidRDefault="00000000">
            <w:r>
              <w:rPr>
                <w:sz w:val="20"/>
              </w:rPr>
              <w:t>☐ HR/personalstöd</w:t>
            </w:r>
          </w:p>
        </w:tc>
        <w:tc>
          <w:tcPr>
            <w:tcW w:w="4986" w:type="dxa"/>
          </w:tcPr>
          <w:p w14:paraId="7FB29839" w14:textId="77777777" w:rsidR="00C4563A" w:rsidRDefault="00000000">
            <w:r>
              <w:rPr>
                <w:sz w:val="20"/>
              </w:rPr>
              <w:t>☐ Arbetsmiljöstöd</w:t>
            </w:r>
          </w:p>
        </w:tc>
      </w:tr>
      <w:tr w:rsidR="00C4563A" w14:paraId="6B08E3E4" w14:textId="77777777">
        <w:tc>
          <w:tcPr>
            <w:tcW w:w="4986" w:type="dxa"/>
          </w:tcPr>
          <w:p w14:paraId="29BC78B9" w14:textId="77777777" w:rsidR="00C4563A" w:rsidRDefault="00000000">
            <w:r>
              <w:rPr>
                <w:sz w:val="20"/>
              </w:rPr>
              <w:t>☐ Juridiskt stöd</w:t>
            </w:r>
          </w:p>
        </w:tc>
        <w:tc>
          <w:tcPr>
            <w:tcW w:w="4986" w:type="dxa"/>
          </w:tcPr>
          <w:p w14:paraId="3E7008A8" w14:textId="77777777" w:rsidR="00C4563A" w:rsidRDefault="00000000">
            <w:r>
              <w:rPr>
                <w:sz w:val="20"/>
              </w:rPr>
              <w:t>☐ Myndighetskontakter</w:t>
            </w:r>
          </w:p>
        </w:tc>
      </w:tr>
      <w:tr w:rsidR="00C4563A" w14:paraId="51C22CF0" w14:textId="77777777">
        <w:tc>
          <w:tcPr>
            <w:tcW w:w="4986" w:type="dxa"/>
          </w:tcPr>
          <w:p w14:paraId="4F1B95AB" w14:textId="77777777" w:rsidR="00C4563A" w:rsidRDefault="00000000">
            <w:r>
              <w:rPr>
                <w:sz w:val="20"/>
              </w:rPr>
              <w:t>☐ Stöd vid omprövning/överklagande</w:t>
            </w:r>
          </w:p>
        </w:tc>
        <w:tc>
          <w:tcPr>
            <w:tcW w:w="4986" w:type="dxa"/>
          </w:tcPr>
          <w:p w14:paraId="70499410" w14:textId="77777777" w:rsidR="00C4563A" w:rsidRDefault="00000000">
            <w:r>
              <w:rPr>
                <w:sz w:val="20"/>
              </w:rPr>
              <w:t>☐ Utbildning för assistenter</w:t>
            </w:r>
          </w:p>
        </w:tc>
      </w:tr>
      <w:tr w:rsidR="00C4563A" w14:paraId="4E44395E" w14:textId="77777777">
        <w:tc>
          <w:tcPr>
            <w:tcW w:w="4986" w:type="dxa"/>
          </w:tcPr>
          <w:p w14:paraId="2142C83C" w14:textId="77777777" w:rsidR="00C4563A" w:rsidRDefault="00000000">
            <w:r>
              <w:rPr>
                <w:sz w:val="20"/>
              </w:rPr>
              <w:t>☐ Annat</w:t>
            </w:r>
          </w:p>
        </w:tc>
        <w:tc>
          <w:tcPr>
            <w:tcW w:w="4986" w:type="dxa"/>
          </w:tcPr>
          <w:p w14:paraId="1A085F7F" w14:textId="77777777" w:rsidR="00C4563A" w:rsidRDefault="00C4563A"/>
        </w:tc>
      </w:tr>
    </w:tbl>
    <w:p w14:paraId="2A59A7C3" w14:textId="77777777" w:rsidR="00C4563A" w:rsidRDefault="00000000">
      <w:pPr>
        <w:pStyle w:val="Rubrik1"/>
        <w:pBdr>
          <w:bottom w:val="single" w:sz="8" w:space="1" w:color="9EADBA"/>
        </w:pBdr>
        <w:spacing w:before="200" w:after="80"/>
      </w:pPr>
      <w:r>
        <w:t>11. Varför vill ni samarbeta med Match-up Assistansförmedling?</w:t>
      </w:r>
    </w:p>
    <w:p w14:paraId="4C85AACC" w14:textId="77777777" w:rsidR="00C4563A" w:rsidRDefault="00000000">
      <w:pPr>
        <w:spacing w:before="80" w:after="40"/>
      </w:pPr>
      <w:r>
        <w:rPr>
          <w:b/>
        </w:rPr>
        <w:t>Beskriv kort vad som kännetecknar ert företag och vilka styrkor ni kan erbjuda våra kunder</w:t>
      </w:r>
    </w:p>
    <w:p w14:paraId="3EF62E79" w14:textId="77777777" w:rsidR="00C4563A" w:rsidRDefault="00000000">
      <w:pPr>
        <w:spacing w:after="40"/>
      </w:pPr>
      <w:r>
        <w:rPr>
          <w:color w:val="969696"/>
        </w:rPr>
        <w:t>________________________________________________________________________________</w:t>
      </w:r>
    </w:p>
    <w:p w14:paraId="0561B40C" w14:textId="77777777" w:rsidR="00C4563A" w:rsidRDefault="00000000">
      <w:pPr>
        <w:spacing w:after="40"/>
      </w:pPr>
      <w:r>
        <w:rPr>
          <w:color w:val="969696"/>
        </w:rPr>
        <w:t>________________________________________________________________________________</w:t>
      </w:r>
    </w:p>
    <w:p w14:paraId="1044ECE8" w14:textId="77777777" w:rsidR="00C4563A" w:rsidRDefault="00000000">
      <w:pPr>
        <w:spacing w:after="40"/>
      </w:pPr>
      <w:r>
        <w:rPr>
          <w:color w:val="969696"/>
        </w:rPr>
        <w:t>________________________________________________________________________________</w:t>
      </w:r>
    </w:p>
    <w:p w14:paraId="3F412AC4" w14:textId="77777777" w:rsidR="00C4563A" w:rsidRDefault="00000000">
      <w:pPr>
        <w:spacing w:after="40"/>
      </w:pPr>
      <w:r>
        <w:rPr>
          <w:color w:val="969696"/>
        </w:rPr>
        <w:t>________________________________________________________________________________</w:t>
      </w:r>
    </w:p>
    <w:p w14:paraId="42127AAB" w14:textId="77777777" w:rsidR="00C4563A" w:rsidRDefault="00000000">
      <w:pPr>
        <w:spacing w:before="80" w:after="40"/>
      </w:pPr>
      <w:r>
        <w:rPr>
          <w:b/>
        </w:rPr>
        <w:lastRenderedPageBreak/>
        <w:t>Vilka tre egenskaper skiljer er tydligast från andra assistansföretag?</w:t>
      </w:r>
    </w:p>
    <w:p w14:paraId="59F8C750" w14:textId="77777777" w:rsidR="00C4563A" w:rsidRDefault="00000000">
      <w:pPr>
        <w:spacing w:after="40"/>
      </w:pPr>
      <w:r>
        <w:rPr>
          <w:color w:val="969696"/>
        </w:rPr>
        <w:t>________________________________________________________________________________</w:t>
      </w:r>
    </w:p>
    <w:p w14:paraId="3803360F" w14:textId="77777777" w:rsidR="00C4563A" w:rsidRDefault="00000000">
      <w:pPr>
        <w:spacing w:after="40"/>
      </w:pPr>
      <w:r>
        <w:rPr>
          <w:color w:val="969696"/>
        </w:rPr>
        <w:t>________________________________________________________________________________</w:t>
      </w:r>
    </w:p>
    <w:p w14:paraId="6E3DA9CC" w14:textId="77777777" w:rsidR="00C4563A" w:rsidRDefault="00000000">
      <w:pPr>
        <w:spacing w:after="40"/>
      </w:pPr>
      <w:r>
        <w:rPr>
          <w:color w:val="969696"/>
        </w:rPr>
        <w:t>________________________________________________________________________________</w:t>
      </w:r>
    </w:p>
    <w:p w14:paraId="4EA7FAD5" w14:textId="77777777" w:rsidR="00C4563A" w:rsidRDefault="00000000">
      <w:pPr>
        <w:pStyle w:val="Rubrik1"/>
        <w:pBdr>
          <w:bottom w:val="single" w:sz="8" w:space="1" w:color="9EADBA"/>
        </w:pBdr>
        <w:spacing w:before="200" w:after="80"/>
      </w:pPr>
      <w:r>
        <w:t>12. Kontakt och medgivande</w:t>
      </w:r>
    </w:p>
    <w:p w14:paraId="1D4EA3CF" w14:textId="77777777" w:rsidR="00C4563A" w:rsidRDefault="00000000">
      <w:pPr>
        <w:spacing w:after="20"/>
      </w:pPr>
      <w:r>
        <w:rPr>
          <w:sz w:val="22"/>
        </w:rPr>
        <w:t xml:space="preserve">☐ </w:t>
      </w:r>
      <w:r>
        <w:t>Vi godkänner att Match-up Assistansförmedling kontaktar oss för kompletterande frågor.</w:t>
      </w:r>
    </w:p>
    <w:p w14:paraId="6CEEFB49" w14:textId="77777777" w:rsidR="00C4563A" w:rsidRDefault="00000000">
      <w:pPr>
        <w:spacing w:after="20"/>
      </w:pPr>
      <w:r>
        <w:rPr>
          <w:sz w:val="22"/>
        </w:rPr>
        <w:t xml:space="preserve">☐ </w:t>
      </w:r>
      <w:r>
        <w:t>Vi godkänner att uppgifterna används som underlag vid matchning mot potentiella kunder.</w:t>
      </w:r>
    </w:p>
    <w:p w14:paraId="272B1D7A" w14:textId="77777777" w:rsidR="00C4563A" w:rsidRDefault="00000000">
      <w:pPr>
        <w:spacing w:after="20"/>
      </w:pPr>
      <w:r>
        <w:rPr>
          <w:sz w:val="22"/>
        </w:rPr>
        <w:t xml:space="preserve">☐ </w:t>
      </w:r>
      <w:r>
        <w:t>Vi är införstådda med att inskickat formulär inte innebär garanti om samarbete eller kundförmedling.</w:t>
      </w:r>
    </w:p>
    <w:p w14:paraId="3C1691D6" w14:textId="77777777" w:rsidR="00C4563A" w:rsidRDefault="00000000">
      <w:pPr>
        <w:spacing w:before="80" w:after="40"/>
      </w:pPr>
      <w:r>
        <w:rPr>
          <w:b/>
        </w:rPr>
        <w:t>Ort och datum</w:t>
      </w:r>
    </w:p>
    <w:p w14:paraId="48E58147" w14:textId="77777777" w:rsidR="00C4563A" w:rsidRDefault="00000000">
      <w:pPr>
        <w:spacing w:after="40"/>
      </w:pPr>
      <w:r>
        <w:rPr>
          <w:color w:val="969696"/>
        </w:rPr>
        <w:t>________________________________________________________________________________</w:t>
      </w:r>
    </w:p>
    <w:p w14:paraId="279D6606" w14:textId="77777777" w:rsidR="00C4563A" w:rsidRDefault="00000000">
      <w:pPr>
        <w:spacing w:before="80" w:after="40"/>
      </w:pPr>
      <w:r>
        <w:rPr>
          <w:b/>
        </w:rPr>
        <w:t>Namn och befattning</w:t>
      </w:r>
    </w:p>
    <w:p w14:paraId="5C5FB6DD" w14:textId="77777777" w:rsidR="00C4563A" w:rsidRDefault="00000000">
      <w:pPr>
        <w:spacing w:after="40"/>
      </w:pPr>
      <w:r>
        <w:rPr>
          <w:color w:val="969696"/>
        </w:rPr>
        <w:t>________________________________________________________________________________</w:t>
      </w:r>
    </w:p>
    <w:p w14:paraId="5EF72F73" w14:textId="77777777" w:rsidR="00C4563A" w:rsidRDefault="00000000">
      <w:pPr>
        <w:spacing w:before="80" w:after="40"/>
      </w:pPr>
      <w:r>
        <w:rPr>
          <w:b/>
        </w:rPr>
        <w:t>Underskrift</w:t>
      </w:r>
    </w:p>
    <w:p w14:paraId="4BE42F96" w14:textId="77777777" w:rsidR="00C4563A" w:rsidRDefault="00000000">
      <w:pPr>
        <w:spacing w:after="40"/>
      </w:pPr>
      <w:r>
        <w:rPr>
          <w:color w:val="969696"/>
        </w:rPr>
        <w:t>________________________________________________________________________________</w:t>
      </w:r>
    </w:p>
    <w:sectPr w:rsidR="00C4563A" w:rsidSect="00034616">
      <w:headerReference w:type="default" r:id="rId8"/>
      <w:footerReference w:type="default" r:id="rId9"/>
      <w:pgSz w:w="12240" w:h="15840"/>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0FC4" w14:textId="77777777" w:rsidR="005B587F" w:rsidRDefault="005B587F">
      <w:pPr>
        <w:spacing w:after="0" w:line="240" w:lineRule="auto"/>
      </w:pPr>
      <w:r>
        <w:separator/>
      </w:r>
    </w:p>
  </w:endnote>
  <w:endnote w:type="continuationSeparator" w:id="0">
    <w:p w14:paraId="0CFAC5FB" w14:textId="77777777" w:rsidR="005B587F" w:rsidRDefault="005B5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69C1" w14:textId="77777777" w:rsidR="00C4563A" w:rsidRDefault="00000000">
    <w:pPr>
      <w:pStyle w:val="Sidfot"/>
      <w:jc w:val="center"/>
    </w:pPr>
    <w:r>
      <w:rPr>
        <w:color w:val="646464"/>
        <w:sz w:val="16"/>
      </w:rPr>
      <w:t xml:space="preserve">Match-up </w:t>
    </w:r>
    <w:proofErr w:type="spellStart"/>
    <w:r>
      <w:rPr>
        <w:color w:val="646464"/>
        <w:sz w:val="16"/>
      </w:rPr>
      <w:t>Assistansförmedling</w:t>
    </w:r>
    <w:proofErr w:type="spellEnd"/>
    <w:r>
      <w:rPr>
        <w:color w:val="646464"/>
        <w:sz w:val="16"/>
      </w:rPr>
      <w:t xml:space="preserve"> – Match-up </w:t>
    </w:r>
    <w:proofErr w:type="gramStart"/>
    <w:r>
      <w:rPr>
        <w:color w:val="646464"/>
        <w:sz w:val="16"/>
      </w:rPr>
      <w:t>AB  |</w:t>
    </w:r>
    <w:proofErr w:type="gramEnd"/>
    <w:r>
      <w:rPr>
        <w:color w:val="646464"/>
        <w:sz w:val="16"/>
      </w:rPr>
      <w:t xml:space="preserve">  </w:t>
    </w:r>
    <w:proofErr w:type="gramStart"/>
    <w:r>
      <w:rPr>
        <w:color w:val="646464"/>
        <w:sz w:val="16"/>
      </w:rPr>
      <w:t>kontakt@match-up.se  |</w:t>
    </w:r>
    <w:proofErr w:type="gramEnd"/>
    <w:r>
      <w:rPr>
        <w:color w:val="646464"/>
        <w:sz w:val="16"/>
      </w:rPr>
      <w:t xml:space="preserve">  08-585 702 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902E7" w14:textId="77777777" w:rsidR="005B587F" w:rsidRDefault="005B587F">
      <w:pPr>
        <w:spacing w:after="0" w:line="240" w:lineRule="auto"/>
      </w:pPr>
      <w:r>
        <w:separator/>
      </w:r>
    </w:p>
  </w:footnote>
  <w:footnote w:type="continuationSeparator" w:id="0">
    <w:p w14:paraId="4F92BFB0" w14:textId="77777777" w:rsidR="005B587F" w:rsidRDefault="005B5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1A94" w14:textId="77777777" w:rsidR="00C4563A" w:rsidRDefault="00000000">
    <w:pPr>
      <w:pStyle w:val="Sidhuvud"/>
      <w:jc w:val="right"/>
    </w:pPr>
    <w:r>
      <w:rPr>
        <w:b/>
        <w:color w:val="5A5A5A"/>
        <w:sz w:val="17"/>
      </w:rPr>
      <w:t>MATCH-UP ASSISTANSFÖRMEDLING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332343859">
    <w:abstractNumId w:val="8"/>
  </w:num>
  <w:num w:numId="2" w16cid:durableId="2034333783">
    <w:abstractNumId w:val="6"/>
  </w:num>
  <w:num w:numId="3" w16cid:durableId="1033383409">
    <w:abstractNumId w:val="5"/>
  </w:num>
  <w:num w:numId="4" w16cid:durableId="578444266">
    <w:abstractNumId w:val="4"/>
  </w:num>
  <w:num w:numId="5" w16cid:durableId="1679188227">
    <w:abstractNumId w:val="7"/>
  </w:num>
  <w:num w:numId="6" w16cid:durableId="1400399717">
    <w:abstractNumId w:val="3"/>
  </w:num>
  <w:num w:numId="7" w16cid:durableId="126091936">
    <w:abstractNumId w:val="2"/>
  </w:num>
  <w:num w:numId="8" w16cid:durableId="1051537637">
    <w:abstractNumId w:val="1"/>
  </w:num>
  <w:num w:numId="9" w16cid:durableId="123080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6546"/>
    <w:rsid w:val="0029639D"/>
    <w:rsid w:val="00326F90"/>
    <w:rsid w:val="005B587F"/>
    <w:rsid w:val="00903361"/>
    <w:rsid w:val="00AA1D8D"/>
    <w:rsid w:val="00B47730"/>
    <w:rsid w:val="00C4563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BF68D"/>
  <w14:defaultImageDpi w14:val="300"/>
  <w15:docId w15:val="{9F8FCAA5-EBDA-4CD8-A86B-478966BB5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3"/>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1452</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Federico Rodriguez</cp:lastModifiedBy>
  <cp:revision>2</cp:revision>
  <dcterms:created xsi:type="dcterms:W3CDTF">2026-08-18T07:52:00Z</dcterms:created>
  <dcterms:modified xsi:type="dcterms:W3CDTF">2026-08-18T07:52:00Z</dcterms:modified>
  <cp:category/>
</cp:coreProperties>
</file>